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D84" w:rsidRDefault="00F24588">
      <w:pPr>
        <w:jc w:val="center"/>
      </w:pPr>
      <w:r>
        <w:rPr>
          <w:b/>
          <w:color w:val="1F4E79"/>
          <w:sz w:val="34"/>
        </w:rPr>
        <w:t>ENGLISH TEST – READING</w:t>
      </w:r>
    </w:p>
    <w:p w:rsidR="00C53D84" w:rsidRDefault="00F24588">
      <w:pPr>
        <w:spacing w:before="140" w:after="60"/>
      </w:pPr>
      <w:bookmarkStart w:id="0" w:name="_GoBack"/>
      <w:bookmarkEnd w:id="0"/>
      <w:r>
        <w:rPr>
          <w:b/>
          <w:color w:val="1F4E79"/>
          <w:sz w:val="24"/>
        </w:rPr>
        <w:t>Part 1 – Read the text.</w:t>
      </w:r>
    </w:p>
    <w:p w:rsidR="00C53D84" w:rsidRDefault="00F24588">
      <w:pPr>
        <w:jc w:val="center"/>
      </w:pPr>
      <w:r>
        <w:rPr>
          <w:b/>
          <w:color w:val="E29619"/>
          <w:sz w:val="26"/>
        </w:rPr>
        <w:t>NEW FRIENDS AROUND THE WORLD</w:t>
      </w:r>
    </w:p>
    <w:p w:rsidR="00C53D84" w:rsidRDefault="00F24588">
      <w:pPr>
        <w:spacing w:after="100"/>
      </w:pPr>
      <w:r>
        <w:t xml:space="preserve">Hi! I’m Emma and I’m from Argentina. I live in Buenos Aires, </w:t>
      </w:r>
      <w:r>
        <w:t>the capital city. It’s a big, busy city. I live in a house with my family. I’ve got one brother called Tomás and one sister called Lucía. At the weekend, we sometimes go to the park together.</w:t>
      </w:r>
    </w:p>
    <w:p w:rsidR="00C53D84" w:rsidRDefault="00F24588">
      <w:pPr>
        <w:spacing w:after="100"/>
      </w:pPr>
      <w:r>
        <w:t>My new friend Kevin is from Japan. He lives in Tokyo with his mu</w:t>
      </w:r>
      <w:r>
        <w:t>m and dad. Tokyo is a very big city, too. Kevin’s home is in the suburbs, so it is away from the city centre. He likes drawing pictures of animals, and his favourite animal is the panda.</w:t>
      </w:r>
    </w:p>
    <w:p w:rsidR="00C53D84" w:rsidRDefault="00F24588">
      <w:pPr>
        <w:spacing w:after="100"/>
      </w:pPr>
      <w:r>
        <w:t>Sofia is from Brazil. She lives in Brasília, the capital city, in a s</w:t>
      </w:r>
      <w:r>
        <w:t>mall house near a park. She loves music and can play two instruments: the piano and the saxophone. She often practises after school.</w:t>
      </w:r>
    </w:p>
    <w:p w:rsidR="00C53D84" w:rsidRDefault="00F24588">
      <w:pPr>
        <w:spacing w:after="100"/>
      </w:pPr>
      <w:r>
        <w:t>We live in different countries, but we have become good friends. We like learning about each other’s homes, families and fa</w:t>
      </w:r>
      <w:r>
        <w:t>vourite things!</w:t>
      </w:r>
    </w:p>
    <w:p w:rsidR="00C53D84" w:rsidRDefault="00F24588">
      <w:pPr>
        <w:spacing w:before="140" w:after="60"/>
      </w:pPr>
      <w:r>
        <w:rPr>
          <w:b/>
          <w:color w:val="1F4E79"/>
          <w:sz w:val="24"/>
        </w:rPr>
        <w:t>Part 2 – Read and choose.</w:t>
      </w:r>
    </w:p>
    <w:p w:rsidR="00C53D84" w:rsidRDefault="00F24588">
      <w:r>
        <w:t>Read the text. Circle the correct answer: A, B or C.</w:t>
      </w:r>
    </w:p>
    <w:p w:rsidR="00C53D84" w:rsidRDefault="00F24588">
      <w:pPr>
        <w:spacing w:after="20"/>
      </w:pPr>
      <w:r>
        <w:t>1. Where does Emma live?</w:t>
      </w:r>
    </w:p>
    <w:p w:rsidR="00C53D84" w:rsidRDefault="00F24588">
      <w:pPr>
        <w:spacing w:after="80"/>
      </w:pPr>
      <w:r>
        <w:t>A. In Tokyo     B. In Buenos Aires     C. In Brasília</w:t>
      </w:r>
    </w:p>
    <w:p w:rsidR="00C53D84" w:rsidRDefault="00F24588">
      <w:pPr>
        <w:spacing w:after="20"/>
      </w:pPr>
      <w:r>
        <w:t>2. Who lives with Kevin?</w:t>
      </w:r>
    </w:p>
    <w:p w:rsidR="00C53D84" w:rsidRDefault="00F24588">
      <w:pPr>
        <w:spacing w:after="80"/>
      </w:pPr>
      <w:r>
        <w:t>A. His mum and dad     B. His brother and sister     C. H</w:t>
      </w:r>
      <w:r>
        <w:t>is grandparents</w:t>
      </w:r>
    </w:p>
    <w:p w:rsidR="00C53D84" w:rsidRDefault="00F24588">
      <w:pPr>
        <w:spacing w:after="20"/>
      </w:pPr>
      <w:r>
        <w:t>3. Where is Kevin’s home?</w:t>
      </w:r>
    </w:p>
    <w:p w:rsidR="00C53D84" w:rsidRDefault="00F24588">
      <w:pPr>
        <w:spacing w:after="80"/>
      </w:pPr>
      <w:r>
        <w:t>A. In the city centre     B. Near a park     C. In the suburbs</w:t>
      </w:r>
    </w:p>
    <w:p w:rsidR="00C53D84" w:rsidRDefault="00F24588">
      <w:pPr>
        <w:spacing w:after="20"/>
      </w:pPr>
      <w:r>
        <w:t>4. What does Kevin like doing?</w:t>
      </w:r>
    </w:p>
    <w:p w:rsidR="00C53D84" w:rsidRDefault="00F24588">
      <w:pPr>
        <w:spacing w:after="80"/>
      </w:pPr>
      <w:r>
        <w:t>A. Playing music     B. Drawing animals     C. Playing football</w:t>
      </w:r>
    </w:p>
    <w:p w:rsidR="00C53D84" w:rsidRDefault="00F24588">
      <w:pPr>
        <w:spacing w:after="20"/>
      </w:pPr>
      <w:r>
        <w:t>5. When does Sofia often practise her instruments?</w:t>
      </w:r>
    </w:p>
    <w:p w:rsidR="00C53D84" w:rsidRDefault="00F24588">
      <w:pPr>
        <w:spacing w:after="80"/>
      </w:pPr>
      <w:r>
        <w:t>A. Be</w:t>
      </w:r>
      <w:r>
        <w:t>fore breakfast     B. After school     C. At the weekend</w:t>
      </w:r>
    </w:p>
    <w:p w:rsidR="00C53D84" w:rsidRDefault="00F24588">
      <w:pPr>
        <w:spacing w:before="140" w:after="60"/>
      </w:pPr>
      <w:r>
        <w:rPr>
          <w:b/>
          <w:color w:val="1F4E79"/>
          <w:sz w:val="24"/>
        </w:rPr>
        <w:t>Part 3 – Match the people to the sentences.</w:t>
      </w:r>
    </w:p>
    <w:p w:rsidR="00C53D84" w:rsidRDefault="00F24588">
      <w:r>
        <w:t>Write Emma, Kevin or Sofia. You can use a name more than once.</w:t>
      </w:r>
    </w:p>
    <w:p w:rsidR="00C53D84" w:rsidRDefault="00F24588">
      <w:r>
        <w:t>1. __________________ lives in Argentina.</w:t>
      </w:r>
    </w:p>
    <w:p w:rsidR="00C53D84" w:rsidRDefault="00F24588">
      <w:r>
        <w:t>2. __________________ has a home near a park.</w:t>
      </w:r>
    </w:p>
    <w:p w:rsidR="00C53D84" w:rsidRDefault="00F24588">
      <w:r>
        <w:t>3. _</w:t>
      </w:r>
      <w:r>
        <w:t>_________________ lives with two parents.</w:t>
      </w:r>
    </w:p>
    <w:p w:rsidR="00C53D84" w:rsidRDefault="00F24588">
      <w:r>
        <w:t>4. __________________ has a brother and a sister.</w:t>
      </w:r>
    </w:p>
    <w:p w:rsidR="00C53D84" w:rsidRDefault="00F24588">
      <w:r>
        <w:t>5. __________________ can play the piano and the saxophone.</w:t>
      </w:r>
    </w:p>
    <w:p w:rsidR="00C53D84" w:rsidRDefault="00F24588">
      <w:r>
        <w:t>6. __________________ likes drawing pictures of animals.</w:t>
      </w:r>
    </w:p>
    <w:p w:rsidR="00C53D84" w:rsidRDefault="00F24588">
      <w:pPr>
        <w:spacing w:before="140" w:after="60"/>
      </w:pPr>
      <w:r>
        <w:rPr>
          <w:b/>
          <w:color w:val="1F4E79"/>
          <w:sz w:val="24"/>
        </w:rPr>
        <w:t>Part 4 – Complete the notes.</w:t>
      </w:r>
    </w:p>
    <w:p w:rsidR="00C53D84" w:rsidRDefault="00F24588">
      <w:r>
        <w:t>Choose a word from</w:t>
      </w:r>
      <w:r>
        <w:t xml:space="preserve"> the box for each gap. There are two extra words.</w:t>
      </w:r>
    </w:p>
    <w:p w:rsidR="00C53D84" w:rsidRDefault="00F24588">
      <w:pPr>
        <w:jc w:val="center"/>
      </w:pPr>
      <w:r>
        <w:rPr>
          <w:b/>
          <w:color w:val="1F4E79"/>
        </w:rPr>
        <w:t>Argentina • Japan • Brazil • suburbs • brother • music • panda • school • capital</w:t>
      </w:r>
    </w:p>
    <w:p w:rsidR="00C53D84" w:rsidRDefault="00F24588">
      <w:r>
        <w:lastRenderedPageBreak/>
        <w:t>1. Buenos Aires is the __________________ city of Argentina.</w:t>
      </w:r>
    </w:p>
    <w:p w:rsidR="00C53D84" w:rsidRDefault="00F24588">
      <w:r>
        <w:t>2. Kevin is from __________________.</w:t>
      </w:r>
    </w:p>
    <w:p w:rsidR="00C53D84" w:rsidRDefault="00F24588">
      <w:r>
        <w:t xml:space="preserve">3. Kevin’s home is in the </w:t>
      </w:r>
      <w:r>
        <w:t>__________________.</w:t>
      </w:r>
    </w:p>
    <w:p w:rsidR="00C53D84" w:rsidRDefault="00F24588">
      <w:r>
        <w:t>4. Emma has one __________________ and one sister.</w:t>
      </w:r>
    </w:p>
    <w:p w:rsidR="00C53D84" w:rsidRDefault="00F24588">
      <w:r>
        <w:t>5. Sofia loves __________________.</w:t>
      </w:r>
    </w:p>
    <w:p w:rsidR="00C53D84" w:rsidRDefault="00F24588">
      <w:r>
        <w:t>6. Kevin’s favourite animal is the __________________.</w:t>
      </w:r>
    </w:p>
    <w:p w:rsidR="00C53D84" w:rsidRDefault="00F24588">
      <w:pPr>
        <w:spacing w:before="140" w:after="60"/>
      </w:pPr>
      <w:r>
        <w:rPr>
          <w:b/>
          <w:color w:val="1F4E79"/>
          <w:sz w:val="24"/>
        </w:rPr>
        <w:t>Part 5 – Read and write.</w:t>
      </w:r>
    </w:p>
    <w:p w:rsidR="00C53D84" w:rsidRDefault="00F24588">
      <w:r>
        <w:t>Answer the questions. Write short answers.</w:t>
      </w:r>
    </w:p>
    <w:p w:rsidR="00C53D84" w:rsidRDefault="00F24588">
      <w:r>
        <w:t>1. What is the capital city</w:t>
      </w:r>
      <w:r>
        <w:t xml:space="preserve"> of Japan? __________________________________________</w:t>
      </w:r>
    </w:p>
    <w:p w:rsidR="00C53D84" w:rsidRDefault="00F24588">
      <w:r>
        <w:t>2. Who is Tomás? ___________________________________________________________</w:t>
      </w:r>
    </w:p>
    <w:p w:rsidR="00C53D84" w:rsidRDefault="00F24588">
      <w:r>
        <w:t>3. What two instruments can Sofia play? _______________________________________</w:t>
      </w:r>
    </w:p>
    <w:p w:rsidR="00C53D84" w:rsidRDefault="00F24588">
      <w:r>
        <w:t>4. Where do Emma and her brother and sister s</w:t>
      </w:r>
      <w:r>
        <w:t>ometimes go at the weekend? __________</w:t>
      </w:r>
    </w:p>
    <w:p w:rsidR="00C53D84" w:rsidRDefault="00F24588">
      <w:pPr>
        <w:spacing w:before="140" w:after="60"/>
      </w:pPr>
      <w:r>
        <w:rPr>
          <w:b/>
          <w:color w:val="1F4E79"/>
          <w:sz w:val="24"/>
        </w:rPr>
        <w:t>Part 6 – Complete the story.</w:t>
      </w:r>
    </w:p>
    <w:p w:rsidR="00C53D84" w:rsidRDefault="00F24588">
      <w:r>
        <w:t>Use the words in the box to complete the story. One word is extra.</w:t>
      </w:r>
    </w:p>
    <w:p w:rsidR="00C53D84" w:rsidRDefault="00F24588">
      <w:pPr>
        <w:jc w:val="center"/>
      </w:pPr>
      <w:r>
        <w:rPr>
          <w:b/>
          <w:color w:val="1F4E79"/>
        </w:rPr>
        <w:t>friends • house • music • city • family • instrument</w:t>
      </w:r>
    </w:p>
    <w:p w:rsidR="00C53D84" w:rsidRDefault="00F24588">
      <w:r>
        <w:t>Emma lives in Buenos Aires, a big __________________. She lives with</w:t>
      </w:r>
      <w:r>
        <w:t xml:space="preserve"> her __________________. Kevin lives in the __________________ of Tokyo. Sofia lives in a small __________________ near a park. She loves __________________ and plays the piano and the saxophone. The three children are good __________________.</w:t>
      </w:r>
    </w:p>
    <w:p w:rsidR="00C53D84" w:rsidRDefault="00F24588">
      <w:r>
        <w:br w:type="page"/>
      </w:r>
    </w:p>
    <w:p w:rsidR="00C53D84" w:rsidRDefault="00F24588">
      <w:pPr>
        <w:jc w:val="center"/>
      </w:pPr>
      <w:r>
        <w:rPr>
          <w:b/>
          <w:color w:val="1F4E79"/>
          <w:sz w:val="32"/>
        </w:rPr>
        <w:t xml:space="preserve">TEACHER’S </w:t>
      </w:r>
      <w:r>
        <w:rPr>
          <w:b/>
          <w:color w:val="1F4E79"/>
          <w:sz w:val="32"/>
        </w:rPr>
        <w:t>ANSWER KEY</w:t>
      </w:r>
    </w:p>
    <w:p w:rsidR="00C53D84" w:rsidRDefault="00F24588">
      <w:pPr>
        <w:spacing w:before="140" w:after="60"/>
      </w:pPr>
      <w:r>
        <w:rPr>
          <w:b/>
          <w:color w:val="1F4E79"/>
          <w:sz w:val="24"/>
        </w:rPr>
        <w:t>Part 2 – Read and choose</w:t>
      </w:r>
    </w:p>
    <w:p w:rsidR="00C53D84" w:rsidRDefault="00F24588">
      <w:r>
        <w:t>1. B   2. A   3. C   4. B   5. B</w:t>
      </w:r>
    </w:p>
    <w:p w:rsidR="00C53D84" w:rsidRDefault="00F24588">
      <w:pPr>
        <w:spacing w:before="140" w:after="60"/>
      </w:pPr>
      <w:r>
        <w:rPr>
          <w:b/>
          <w:color w:val="1F4E79"/>
          <w:sz w:val="24"/>
        </w:rPr>
        <w:t>Part 3 – Match the people</w:t>
      </w:r>
    </w:p>
    <w:p w:rsidR="00C53D84" w:rsidRDefault="00F24588">
      <w:r w:rsidRPr="00F24588">
        <w:rPr>
          <w:lang w:val="es-ES"/>
        </w:rPr>
        <w:t xml:space="preserve">1. Emma   2. </w:t>
      </w:r>
      <w:proofErr w:type="spellStart"/>
      <w:r w:rsidRPr="00F24588">
        <w:rPr>
          <w:lang w:val="es-ES"/>
        </w:rPr>
        <w:t>Sofia</w:t>
      </w:r>
      <w:proofErr w:type="spellEnd"/>
      <w:r w:rsidRPr="00F24588">
        <w:rPr>
          <w:lang w:val="es-ES"/>
        </w:rPr>
        <w:t xml:space="preserve">   3. Kevin   4. Emma   5. </w:t>
      </w:r>
      <w:proofErr w:type="spellStart"/>
      <w:r w:rsidRPr="00F24588">
        <w:rPr>
          <w:lang w:val="es-ES"/>
        </w:rPr>
        <w:t>Sofia</w:t>
      </w:r>
      <w:proofErr w:type="spellEnd"/>
      <w:r w:rsidRPr="00F24588">
        <w:rPr>
          <w:lang w:val="es-ES"/>
        </w:rPr>
        <w:t xml:space="preserve">   6. </w:t>
      </w:r>
      <w:r>
        <w:t>Kevin</w:t>
      </w:r>
    </w:p>
    <w:p w:rsidR="00C53D84" w:rsidRDefault="00F24588">
      <w:pPr>
        <w:spacing w:before="140" w:after="60"/>
      </w:pPr>
      <w:r>
        <w:rPr>
          <w:b/>
          <w:color w:val="1F4E79"/>
          <w:sz w:val="24"/>
        </w:rPr>
        <w:t>Part 4 – Complete the notes</w:t>
      </w:r>
    </w:p>
    <w:p w:rsidR="00C53D84" w:rsidRDefault="00F24588">
      <w:r>
        <w:t>1. capital   2. Japan   3. suburbs   4. brother   5. music   6. panda</w:t>
      </w:r>
    </w:p>
    <w:p w:rsidR="00C53D84" w:rsidRDefault="00F24588">
      <w:pPr>
        <w:spacing w:before="140" w:after="60"/>
      </w:pPr>
      <w:r>
        <w:rPr>
          <w:b/>
          <w:color w:val="1F4E79"/>
          <w:sz w:val="24"/>
        </w:rPr>
        <w:t>Part 5 – Read and write</w:t>
      </w:r>
    </w:p>
    <w:p w:rsidR="00C53D84" w:rsidRDefault="00F24588">
      <w:r>
        <w:t>1. Tokyo.   2. He is Emma’s brother.   3. The piano and the saxophone.   4. To the park.</w:t>
      </w:r>
    </w:p>
    <w:p w:rsidR="00C53D84" w:rsidRDefault="00F24588">
      <w:pPr>
        <w:spacing w:before="140" w:after="60"/>
      </w:pPr>
      <w:r>
        <w:rPr>
          <w:b/>
          <w:color w:val="1F4E79"/>
          <w:sz w:val="24"/>
        </w:rPr>
        <w:t>Part 6 – Complete the story</w:t>
      </w:r>
    </w:p>
    <w:p w:rsidR="00C53D84" w:rsidRDefault="00F24588">
      <w:r>
        <w:t>1. city   2. family   3. city   4. house   5. music   6. friends</w:t>
      </w:r>
    </w:p>
    <w:p w:rsidR="00C53D84" w:rsidRDefault="00F24588">
      <w:r>
        <w:t>Teacher’s note: In Part 6, “city” is used twice. T</w:t>
      </w:r>
      <w:r>
        <w:t>he word “instrument” is the extra word.</w:t>
      </w:r>
    </w:p>
    <w:sectPr w:rsidR="00C53D84"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53D84"/>
    <w:rsid w:val="00CB0664"/>
    <w:rsid w:val="00F245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B4465B"/>
  <w14:defaultImageDpi w14:val="300"/>
  <w15:docId w15:val="{86AA6A35-F794-45CE-A5FC-5771E39B4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color w:val="2D3741"/>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E3542-753A-452C-9082-442268A37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Dell1976</cp:lastModifiedBy>
  <cp:revision>2</cp:revision>
  <dcterms:created xsi:type="dcterms:W3CDTF">2013-12-23T23:15:00Z</dcterms:created>
  <dcterms:modified xsi:type="dcterms:W3CDTF">2026-10-19T12:54:00Z</dcterms:modified>
  <cp:category/>
</cp:coreProperties>
</file>